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小标宋体" w:hAnsi="小标宋体" w:eastAsia="小标宋体"/>
          <w:b/>
          <w:color w:val="FF0000"/>
          <w:sz w:val="44"/>
        </w:rPr>
        <w:t>×  ×  ×  ×  ×  ×  文  件</w:t>
      </w:r>
    </w:p>
    <w:p>
      <w:pPr>
        <w:spacing w:before="40" w:after="40"/>
        <w:jc w:val="center"/>
      </w:pPr>
      <w:r>
        <w:rPr>
          <w:rFonts w:ascii="仿宋" w:hAnsi="仿宋" w:eastAsia="仿宋"/>
          <w:b w:val="0"/>
          <w:sz w:val="32"/>
        </w:rPr>
        <w:t>×函〔2026〕×号</w:t>
      </w:r>
    </w:p>
    <w:p>
      <w:pPr>
        <w:spacing w:before="120" w:after="240"/>
        <w:pBdr>
          <w:bottom w:val="single" w:sz="12" w:space="1" w:color="FF0000"/>
        </w:pBdr>
      </w:pPr>
    </w:p>
    <w:p>
      <w:pPr>
        <w:spacing w:before="200" w:after="160"/>
        <w:jc w:val="center"/>
      </w:pPr>
      <w:r>
        <w:rPr>
          <w:rFonts w:ascii="小标宋体" w:hAnsi="小标宋体" w:eastAsia="小标宋体"/>
          <w:b/>
          <w:sz w:val="44"/>
        </w:rPr>
        <w:t>×××单位关于商洽×××事项的函</w:t>
      </w:r>
    </w:p>
    <w:p>
      <w:pPr>
        <w:spacing w:before="80" w:after="0"/>
        <w:ind w:firstLine="0"/>
      </w:pPr>
      <w:r>
        <w:rPr>
          <w:rFonts w:ascii="仿宋" w:hAnsi="仿宋" w:eastAsia="仿宋"/>
          <w:b w:val="0"/>
          <w:sz w:val="32"/>
        </w:rPr>
        <w:t>×××单位（全称或规范化简称）：</w:t>
      </w:r>
    </w:p>
    <w:p>
      <w:pPr>
        <w:spacing w:line="570" w:lineRule="exact" w:before="0" w:after="0"/>
        <w:ind w:firstLine="640"/>
      </w:pPr>
      <w:r>
        <w:rPr>
          <w:rFonts w:ascii="仿宋" w:hAnsi="仿宋" w:eastAsia="仿宋"/>
          <w:b w:val="0"/>
          <w:sz w:val="32"/>
        </w:rPr>
        <w:t>为深入贯彻落实×××工作部署，切实推进×××工作，根据《×××》（×〔2026〕×号）文件精神，现就×××有关事宜函商/函告/函复如下：</w:t>
      </w:r>
    </w:p>
    <w:p>
      <w:pPr>
        <w:spacing w:line="570" w:lineRule="exact" w:before="80" w:after="0"/>
        <w:ind w:firstLine="640"/>
      </w:pPr>
      <w:r>
        <w:rPr>
          <w:rFonts w:ascii="黑体" w:hAnsi="黑体" w:eastAsia="黑体"/>
          <w:b/>
          <w:sz w:val="32"/>
        </w:rPr>
        <w:t>一、具体事项</w:t>
      </w:r>
    </w:p>
    <w:p>
      <w:pPr>
        <w:spacing w:line="570" w:lineRule="exact" w:before="0" w:after="0"/>
        <w:ind w:firstLine="640"/>
      </w:pPr>
      <w:r>
        <w:rPr>
          <w:rFonts w:ascii="仿宋" w:hAnsi="仿宋" w:eastAsia="仿宋"/>
          <w:b w:val="0"/>
          <w:sz w:val="32"/>
        </w:rPr>
        <w:t>（一）×××事项一。详细说明事项背景、具体要求、相关情况。如：为落实×××工作部署，我单位拟于2026年×月×日开展×××活动，需贵单位配合提供×××材料/协助开展×××工作。</w:t>
      </w:r>
    </w:p>
    <w:p>
      <w:pPr>
        <w:spacing w:line="570" w:lineRule="exact" w:before="0" w:after="0"/>
        <w:ind w:firstLine="640"/>
      </w:pPr>
      <w:r>
        <w:rPr>
          <w:rFonts w:ascii="仿宋" w:hAnsi="仿宋" w:eastAsia="仿宋"/>
          <w:b w:val="0"/>
          <w:sz w:val="32"/>
        </w:rPr>
        <w:t>（二）×××事项二。详细说明其他需要商洽/告知/答复的事项内容。如：关于×××问题，经我单位研究，提出如下意见，恳请贵单位予以研究。</w:t>
      </w:r>
    </w:p>
    <w:p>
      <w:pPr>
        <w:spacing w:line="570" w:lineRule="exact" w:before="80" w:after="0"/>
        <w:ind w:firstLine="640"/>
      </w:pPr>
      <w:r>
        <w:rPr>
          <w:rFonts w:ascii="黑体" w:hAnsi="黑体" w:eastAsia="黑体"/>
          <w:b/>
          <w:sz w:val="32"/>
        </w:rPr>
        <w:t>二、相关要求</w:t>
      </w:r>
    </w:p>
    <w:p>
      <w:pPr>
        <w:spacing w:line="570" w:lineRule="exact" w:before="0" w:after="0"/>
        <w:ind w:firstLine="640"/>
      </w:pPr>
      <w:r>
        <w:rPr>
          <w:rFonts w:ascii="仿宋" w:hAnsi="仿宋" w:eastAsia="仿宋"/>
          <w:b w:val="0"/>
          <w:sz w:val="32"/>
        </w:rPr>
        <w:t>（一）恳请贵单位对上述事项予以研究，如无异议，请予以配合支持。如有不同意见，请于2026年×月×日前函复我单位。</w:t>
      </w:r>
    </w:p>
    <w:p>
      <w:pPr>
        <w:spacing w:line="570" w:lineRule="exact" w:before="0" w:after="0"/>
        <w:ind w:firstLine="640"/>
      </w:pPr>
      <w:r>
        <w:rPr>
          <w:rFonts w:ascii="仿宋" w:hAnsi="仿宋" w:eastAsia="仿宋"/>
          <w:b w:val="0"/>
          <w:sz w:val="32"/>
        </w:rPr>
        <w:t>（二）联系人：×××，联系电话：×××。</w:t>
      </w:r>
    </w:p>
    <w:p>
      <w:pPr>
        <w:spacing w:line="570" w:lineRule="exact" w:before="160" w:after="0"/>
        <w:ind w:firstLine="640"/>
      </w:pPr>
      <w:r>
        <w:rPr>
          <w:rFonts w:ascii="仿宋" w:hAnsi="仿宋" w:eastAsia="仿宋"/>
          <w:b w:val="0"/>
          <w:sz w:val="32"/>
        </w:rPr>
        <w:t>特此函达，请研究见复。</w:t>
      </w:r>
    </w:p>
    <w:p>
      <w:pPr>
        <w:spacing w:line="570" w:lineRule="exact" w:before="80" w:after="0"/>
        <w:ind w:firstLine="640"/>
      </w:pPr>
      <w:r>
        <w:rPr>
          <w:rFonts w:ascii="仿宋" w:hAnsi="仿宋" w:eastAsia="仿宋"/>
          <w:b w:val="0"/>
          <w:sz w:val="32"/>
        </w:rPr>
        <w:t>附件：1.×××（方案/材料名称）</w:t>
      </w:r>
    </w:p>
    <w:p>
      <w:pPr>
        <w:spacing w:line="570" w:lineRule="exact"/>
      </w:pPr>
    </w:p>
    <w:p>
      <w:pPr>
        <w:spacing w:before="0" w:after="0"/>
        <w:ind w:right="1280"/>
        <w:jc w:val="right"/>
      </w:pPr>
      <w:r>
        <w:rPr>
          <w:rFonts w:ascii="仿宋" w:hAnsi="仿宋" w:eastAsia="仿宋"/>
          <w:b w:val="0"/>
          <w:sz w:val="32"/>
        </w:rPr>
        <w:t>×××单位（印章）</w:t>
      </w:r>
    </w:p>
    <w:p>
      <w:pPr>
        <w:spacing w:before="0" w:after="0"/>
        <w:ind w:right="128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p>
      <w:pPr>
        <w:spacing w:before="400" w:after="80"/>
        <w:pBdr>
          <w:top w:val="single" w:sz="6" w:space="1" w:color="000000"/>
        </w:pBdr>
      </w:pPr>
    </w:p>
    <w:p>
      <w:pPr>
        <w:spacing w:line="440" w:lineRule="exact" w:before="0" w:after="0"/>
      </w:pPr>
      <w:r>
        <w:rPr>
          <w:rFonts w:ascii="仿宋" w:hAnsi="仿宋" w:eastAsia="仿宋"/>
          <w:b w:val="0"/>
          <w:sz w:val="28"/>
        </w:rPr>
        <w:t>抄送：×××单位，×××单位。</w:t>
      </w:r>
    </w:p>
    <w:p>
      <w:pPr>
        <w:spacing w:line="440" w:lineRule="exact" w:before="0" w:after="0"/>
        <w:pBdr>
          <w:top w:val="single" w:sz="6" w:space="1" w:color="000000"/>
        </w:pBdr>
      </w:pPr>
      <w:r>
        <w:rPr>
          <w:rFonts w:ascii="仿宋" w:hAnsi="仿宋" w:eastAsia="仿宋"/>
          <w:b w:val="0"/>
          <w:sz w:val="28"/>
        </w:rPr>
        <w:t>×××单位办公室</w:t>
      </w:r>
      <w:r>
        <w:rPr>
          <w:rFonts w:ascii="仿宋" w:hAnsi="仿宋" w:eastAsia="仿宋"/>
          <w:b w:val="0"/>
          <w:sz w:val="28"/>
        </w:rPr>
        <w:t xml:space="preserve">                                              2026年×月×日印发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40"/>
      <w:jc w:val="center"/>
    </w:pPr>
    <w:r>
      <w:rPr>
        <w:rFonts w:ascii="仿宋" w:hAnsi="仿宋" w:eastAsia="仿宋"/>
        <w:b w:val="0"/>
        <w:color w:val="999999"/>
        <w:sz w:val="20"/>
      </w:rPr>
      <w:t>本文出自：【公文云】www.gongwenyun.cn  一个懂政企公文写作的平台</w:t>
    </w:r>
  </w:p>
  <w:p>
    <w:pPr>
      <w:spacing w:before="0" w:after="0"/>
      <w:jc w:val="center"/>
    </w:pPr>
    <w:r>
      <w:rPr>
        <w:rFonts w:ascii="仿宋" w:hAnsi="仿宋" w:eastAsia="仿宋"/>
        <w:b w:val="0"/>
        <w:sz w:val="20"/>
      </w:rPr>
      <w:t xml:space="preserve">— </w:t>
    </w:r>
    <w:r>
      <w:fldChar w:fldCharType="begin"/>
    </w:r>
    <w:r>
      <w:instrText> PAGE </w:instrText>
    </w:r>
    <w:r>
      <w:fldChar w:fldCharType="end"/>
    </w:r>
    <w:r>
      <w:rPr>
        <w:rFonts w:ascii="仿宋" w:hAnsi="仿宋" w:eastAsia="仿宋"/>
        <w:b w:val="0"/>
        <w:sz w:val="20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70" w:lineRule="exact" w:before="0" w:after="0"/>
    </w:pPr>
    <w:rPr>
      <w:rFonts w:ascii="仿宋" w:hAnsi="仿宋" w:eastAsia="仿宋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