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XX市人民政府关于商请XX大学支持我市人才培养工作的函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XX大学：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近年来，我市深入实施人才强市战略，大力推进创新驱动发展，经济社会发展取得显著成效。但随着产业转型升级和高质量发展的推进，我市面临着高层次人才短缺的问题，迫切需要高等院校的支持和帮助。XX大学作为省内知名高校，拥有雄厚的师资力量和科研实力，在人才培养方面具有丰富经验。为进一步加强校地合作，促进我市人才培养工作，现函商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一、合作目标。围绕我市产业发展需求，培养一批高素质专业人才，为我市经济社会发展提供人才支撑和智力保障。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合作内容。联合培养人才。根据我市产业发展需求，与贵校合作开设相关专业课程，联合培养本科生、研究生。开展实习实训。建立大学生实习实训基地，为贵校学生提供实习实训机会，提高学生的实践能力。加强学术交流。邀请贵校专家学者来我市开展学术讲座、技术交流等活动，提升我市人才的学术水平和创新能力。推动产学研合作。围绕我市产业发展中的技术难题，与贵校开展产学研合作，共同开展科研攻关，促进科技成果转化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保障措施。加强组织领导。成立校地合作工作领导小组，负责统筹协调合作事宜。提供经费支持。我市将为合作项目提供必要的经费支持，保障合作顺利开展。优化服务环境。为贵校师生来我市开展教学、科研、实习等活动提供良好的服务和保障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四、有关事项。请贵校就合作事宜进行研究，并于XXXX年XX月XX日前将意见函复我市。如需进一步沟通协商，我市将及时安排专人与贵校对接。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特此函商，请予支持。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XX市人民政府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