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听证告知书模板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听证告知书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〔XXXX〕XX号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XXX（公民姓名/法人名称/其他组织名称）：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本机关于你（单位）涉嫌XXXXX（违法行为）一案，已经调查终结。根据《中华人民共和国行政处罚法》第六十三条的规定，本机关拟对你（单位）作出如下行政处罚：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一、违法行为认定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经查明，你（单位）于XXXX年XX月XX日在XXXX（地点）实施了XXXX行为，违反了《XXXXXX法》第XX条第XX款的规定。具体违法事实如下：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（一）违法时间：XXXX年XX月XX日XX时XX分；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（二）违法地点：XXXX；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（三）违法情节：XXXX；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（四）违法后果：XXXX。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以上事实有以下证据证实：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XXX（证据名称）；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XXX（证据名称）；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XXX（证据名称）。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二、拟作出的行政处罚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依据《XXXXXX法》第XX条第XX款的规定，本机关拟对你（单位）作出如下行政处罚：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XXXX（具体处罚内容）。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三、告知权利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《中华人民共和国行政处罚法》第六十三条的规定，你（单位）有权要求举行听证。如你（单位）要求听证，请在收到本告知书之日起五日内，向本机关提出书面申请。逾期未提出听证申请的，视为放弃听证权利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四、联系方式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联系电话：XXX-XXXXXXX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地址：XXXX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XXXXXX（机关名称）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