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听证通知书模板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听证通知书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〔XXXX〕XX号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XXX（公民姓名/法人名称/其他组织名称）：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你（单位）于XXXX年XX月XX日向本机关提出听证申请，本机关依法予以受理。根据《中华人民共和国行政处罚法》第六十四条的规定，现就有关听证事项通知如下：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一、听证时间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XXXX年XX月XX日XX时XX分（如有变更，另行通知）。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二、听证地点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XXXX（详细地址）。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三、听证主持人、听证员和记录员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（一）听证主持人：XXX，职务：XXX；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（二）听证员：XXX，职务：XXX；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（三）记录员：XXX，职务：XXX。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四、听证参加人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（一）本案调查人员：XXX，职务：XXX；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（二）你（单位）可以亲自参加听证，也可以委托一至二名代理人参加听证。委托代理人参加听证的，应当在听证前提交授权委托书。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五、听证事项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就本机关拟对你（单位）作出的XXXX行政处罚决定举行听证。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六、权利义务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（一）你（单位）在听证中有权陈述、申辩和质证，并可以提出新的证据；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（二）你（单位）应当按时参加听证，遵守听证纪律，如实回答听证主持人的询问；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（三）你（单位）无正当理由拒不到场参加听证的，视为放弃听证权利。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七、其他事项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（一）请你（单位）在收到本通知书后，及时与本机关联系确认是否参加听证；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（二）如需变更听证时间或地点，请提前三日书面告知本机关；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（三）听证过程将全程录音录像。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联系人：XXX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联系电话：XXX-XXXXXXX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XXXXXX（机关名称）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XXXX年XX月XX日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