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信访事项答复意见书模板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信访事项答复意见书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〔XXXX〕XX号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信访人：XXX（公民姓名/法人名称/其他组织名称）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住址/地址：XXXX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一、信访事项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你于XXXX年XX月XX日通过XXXX（信访方式，如来访、来信、网上信访等）向本机关反映如下问题：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XXXX（具体信访内容）。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二、调查核实情况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本机关收到你的信访事项后，高度重视，立即组织相关部门进行调查核实。经调查，查明以下事实：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（一）XXXX（调查情况一）；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（二）XXXX（调查情况二）；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（三）XXXX（调查情况三）。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以上事实有以下证据证实：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XXX（证据名称）。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三、处理意见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根据《信访工作条例》及相关法律法规的规定，结合调查核实情况，本机关对你反映的问题作出如下处理意见：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（一）关于XXXX问题，XXXX（具体处理意见）；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（二）关于XXXX问题，XXXX（具体处理意见）；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（三）关于XXXX问题，XXXX（具体处理意见）。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四、告知权利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如你对本处理意见不服，可以在收到本答复意见书之日起三十日内，向XXXXXX（上级机关名称）申请复查。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