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信访事项复核意见书模板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信访事项复核意见书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〔XXXX〕XX号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信访人：XXX（公民姓名/法人名称/其他组织名称）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住址/地址：XXXX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原复查机关：XXXXXX（机关名称）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一、复核申请事项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你于XXXX年XX月XX日向本机关提出信访事项复核申请，对XXXXXX（原复查机关名称）作出的《XXXXXX》（文号）复查意见不服，请求复核。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二、复核情况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本机关收到你的复核申请后，依法进行了复核。经复核，查明以下事实：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（一）原办理机关认定的事实：XXXX；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（二）原办理机关适用的依据：XXXX；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（三）原办理机关的处理意见：XXXX；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（四）原复查机关的复查意见：XXXX；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（五）你提出的复核理由：XXXX。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三、复核意见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根据《信访工作条例》及相关法律法规的规定，结合复核情况，本机关作出如下复核意见：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（一）维持原复查意见：XXXX（具体理由）；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（二）撤销原复查意见：XXXX（具体理由）；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（三）变更原复查意见：XXXX（具体理由）；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（四）责令原复查机关重新复查：XXXX（具体理由）。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四、告知权利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本复核意见为信访事项的终结意见。如你对本复核意见仍不服，不再受理你的信访事项。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XXXXXX（机关名称）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